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🎲 מדריך למורה – מרכזי למידה עם קוביות</w:t>
      </w:r>
    </w:p>
    <w:p>
      <w:pPr>
        <w:bidi/>
        <w:jc w:val="right"/>
      </w:pPr>
      <w:r>
        <w:rPr>
          <w:rFonts w:ascii="Arial" w:hAnsi="Arial" w:cs="Arial"/>
          <w:color w:val="555577"/>
          <w:sz w:val="24"/>
          <w:rtl/>
          <w:szCs w:val="24"/>
        </w:rPr>
        <w:t>איך מפעילים תחנות עבודה עצמאיות בעזרת קוביה ולוח משימות של 6 שורות × 3 רמות: הכנה, מבנה שיעור, סבבים, תפקידים, ניהול, התאמות והערכה.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🧠 למה זה עובד?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🎯 רגע של סקרנות – השנייה שלפני שהקוביה נוחתת מעוררת ציפייה – והקשב מתחדד.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🖐️ לומדים עם הידיים – זריקה, קיפול והזזה מחברים את הגוף ללמידה ומעגנים מושגים מופשטים.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🪜 כל אחד/ת ברמה שלו/ה – שלוש עמודות = שלוש רמות. בוחרים עמודה בלי לסמן אף אחד/ת.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🧑‍🏫 המורה מתפנה – הקבוצות עובדות לבד, ואתם עובדים עם קבוצה קטנה.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🧰 הכנה מראש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חומר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כמות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הערה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קוביות (פלסטיק או נייר מקופל)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לכל 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קוביית הנייר להדפסה – בכל עמוד לוח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לוח משימות מודפס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לכל תחנה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מומלץ למנן או להכניס לשמרדף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תרגול / מחברת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לכל תלמיד/ה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דף התרגול של הלוח – PDF או Word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טקסט קצר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לתחנות קריאה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בכל לוח יש טקסט מוכן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תפקידים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סט לכל קבוצה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במדריך זה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כרטיסי יציאה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 לכל תלמיד/ה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במדריך זה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⏱️ מבנה שיעור (45 דקות)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שלב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זמן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קורה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פתיחה והדגמה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5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מציגים לוח, מגלגלים יחד על הלוח החכם, מסבירים תפקידים וכללים.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כל קבוצה בתחנה שלה. המורה עם קבוצה קטנה.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אות מוסכם, מסדרים, עוברים תחנה.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עובדים בתחנה החדשה.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מעבר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סבב 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10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עובדים בתחנה השלישית.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סיכום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6 דק׳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שיתוף קצר + כרטיס יציאה.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🔄 תוכנית סבבים – 4 קבוצות × 4 תחנות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🧩 תחנה 1 – לשון (למשל: חלקי הדיבר)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🎙️ תחנה 2 – קריאה (שטף ודיוק)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📖 תחנה 3 – כתיבה (סיפור בקוביות)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🧑‍🏫 תחנה 4 – עם המורה (קבוצה קטנה)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085"/>
        <w:gridCol w:w="2085"/>
        <w:gridCol w:w="2085"/>
        <w:gridCol w:w="2085"/>
        <w:gridCol w:w="2085"/>
      </w:tblGrid>
      <w:tr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סבב 1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סבב 2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סבב 3</w:t>
            </w:r>
          </w:p>
        </w:tc>
        <w:tc>
          <w:tcPr>
            <w:tcW w:type="dxa" w:w="208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סבב 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א׳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ב׳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ג׳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</w:tr>
      <w:tr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קבוצה ד׳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4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1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2</w:t>
            </w:r>
          </w:p>
        </w:tc>
        <w:tc>
          <w:tcPr>
            <w:tcW w:type="dxa" w:w="208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3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בשיעור בודד: 3 סבבים, והתחנה הרביעית בשיעור הבא. בשיעור כפול: 4 סבבים של 15 דקות.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👥 תפקידים בקבוצה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תפקיד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מגלגל/ת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זורק/ת את הקוביה ואומר/ת בקול את המספר.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מקריא/ה את המשימה מהלוח לכל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✍️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רושם/ת את התשובה של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מוודא/ת שכולם הבינו ושהמשימה הושלמה.</w:t>
            </w:r>
          </w:p>
        </w:tc>
      </w:tr>
    </w:tbl>
    <w:p>
      <w:pPr>
        <w:bidi/>
        <w:jc w:val="right"/>
      </w:pP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🔄 מחליפים תפקיד אחרי כל גלגול.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📋 כללי התחנה וניהול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גלגול אחד בכל תור. אחרי כל גלגול – מחליפים תפקידים.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יצאה משימה שכבר עשיתם? מגלגלים שוב, או עושים את המשימה בעמודה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מדברים ב"קול של תחנה" – רק הקבוצה שומעת.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סיימתם מוקדם? אתגר: עברו לעמודה של הרמה הבאה.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צריכים עזרה? "3 לפני מורה": הלוח, חבר/ה, הקבוצה – ורק אז המורה.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אות שקט מוסכם (יד מורמת / צלצול) – עוצרים ומקשיבים.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🪜 דיפרנציאציה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עמודה 🟢 – משימות מזהות וקצרות; עמודה 🟡 – יישום; עמודה 🔴 – יצירה וחשיבה מסדר גבוה.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אפשר לתת לכל תלמיד/ה "צבע" אישי, או לתת לקבוצה לבחור עמודה בכל גלגול.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"גלגול זהב": פעם אחת בסבב מותר לבחור את המשימה בלי לגלגל.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• בתחנה עם המורה: עבודה ממוקדת עם תלמידים שזקוקים לחיזוק או להעמקה.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♿ מפת התאמות והנגשות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שכבה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כל הכיתה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חנ״מ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עולים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יסודי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משחקים קצרים, כפתורים גדולים, עוגני אימוג׳י, "נסו בעצמכם" בידיים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כפתור הקראה בכל משימה; עמודה 🟢 בלבד; עד 2–3 אפשרויות בחירה; בלי שעון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חזותי (אימוג׳י + מילה) שנפתח בהקשה; מילים יומיומיות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חט״ב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מיונים לפי קטגוריות, כללי לשון, משחקי מרוץ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רמז מדורג אחרי 2 ניסיונות (מכוון, לא נותן תשובה); עיצוב וצבעים קבועים; בלי שעון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בנק מילים מסודר לפי תפקיד; משפטים קצרים ותחביר פשוט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תיכון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חשיבה מסדר גבוה, הסקה, עמדה ונימוק, כתיבה מורכבת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חלוקה למקטעים: משימה קצרה פותחת את הבאה; בלי שעון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מילון בהקשה למילים קשות עם הסבר פשוט ומילים נרדפות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📊 רובריקה להערכה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קריטריון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🌱 מתפתח/ת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🌿 מיומן/ת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🌳 מצטיין/ת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 משימות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השלמתי משימה אחת בעזרה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השלמתי את רוב המשימות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השלמתי את כל המשימות וגם אתגר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איכות התשובה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חלקית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נכונה ומלאה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תשובה מנומקת עם דוגמה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עבודת צוות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השתתפתי כשביקשו ממני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מילאתי את התפקיד שלי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עזרתי לאחרים ושמרתי על הכללים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שימוש במושגים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השתמשתי במושג אחד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השתמשתי במושגים נכון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הסברתי מושג לחבר/ה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👁️ דף תצפית מורה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שם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תחנה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ראיתי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צעד הבא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✂️ כרטיסי תפקידים לגזירה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תפקיד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2"/>
                <w:rtl/>
                <w:szCs w:val="22"/>
                <w:bCs/>
              </w:rPr>
              <w:t>מה עושים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מגלגל/ת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זורק/ת את הקוביה ואומר/ת בקול את המספר.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מקריא/ה את המשימה מהלוח לכל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✍️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רושם/ת את התשובה של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מוודא/ת שכולם הבינו ושהמשימה הושלמה.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🎲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מגלגל/ת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זורק/ת את הקוביה ואומר/ת בקול את המספר.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📖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קורא/ת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מקריא/ה את המשימה מהלוח לכל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✍️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כותב/ת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רושם/ת את התשובה של הקבוצה.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✅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בודק/ת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2"/>
                <w:rtl/>
                <w:szCs w:val="22"/>
              </w:rPr>
              <w:t>מוודא/ת שכולם הבינו ושהמשימה הושלמה.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🎟️ כרטיסי יציאה לגזירה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אחת שעשיתי היום בקוביה: 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משהו חדש שלמדתי בתחנה: 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משימה שהייתה לי קשה – ולמה: 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איזה תפקיד מילאתי בקבוצה, ואיך היה לי?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אם הייתי כותב/ת משימה ללוח – היא הייתה: 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4"/>
          <w:rtl/>
          <w:szCs w:val="24"/>
        </w:rPr>
        <w:t>איך הרגשתי היום בתחנות? 😀 🙂 😐 ולמה?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4"/>
          <w:rtl/>
          <w:szCs w:val="24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מדריך למורה – מרכזי למידה עם קוביות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