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2"/>
        <w:jc w:val="right"/>
      </w:pPr>
      <w:r>
        <w:rPr>
          <w:rFonts w:ascii="Arial" w:hAnsi="Arial" w:cs="Arial"/>
          <w:b/>
          <w:color w:val="3B2DB0"/>
          <w:sz w:val="30"/>
          <w:rtl/>
          <w:szCs w:val="30"/>
          <w:bCs/>
        </w:rPr>
        <w:t>שקופית 1: 🎲 גלגלו ולמדו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מרכזי למידה עם קוביות – השתלמות קצרה למורים ולמורות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30–40 דקות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התנסות מעשית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לוקחים לכיתה כבר מחר</w:t>
      </w:r>
    </w:p>
    <w:p>
      <w:pPr>
        <w:bidi/>
        <w:jc w:val="right"/>
      </w:pPr>
      <w:r>
        <w:rPr>
          <w:rFonts w:ascii="Arial" w:hAnsi="Arial" w:cs="Arial"/>
          <w:color w:val="666666"/>
          <w:sz w:val="22"/>
          <w:rtl/>
          <w:szCs w:val="22"/>
        </w:rPr>
        <w:t>🗣️ למנחה: פותחים בזריקת קוביה אמיתית באוויר – ושואלים: מה הרגשתם בשנייה שלפני שהיא נחתה?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3B2DB0"/>
          <w:sz w:val="30"/>
          <w:rtl/>
          <w:szCs w:val="30"/>
          <w:bCs/>
        </w:rPr>
        <w:t>שקופית 2: 🗺️ מה נעשה היום?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למה קוביה עובדת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איך בנוי לוח משימות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איך מנהלים תחנות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התאמות לחנ״מ ולעולים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בונים לוח משלנו</w:t>
      </w:r>
    </w:p>
    <w:p>
      <w:pPr>
        <w:bidi/>
        <w:jc w:val="right"/>
      </w:pPr>
      <w:r>
        <w:rPr>
          <w:rFonts w:ascii="Arial" w:hAnsi="Arial" w:cs="Arial"/>
          <w:color w:val="666666"/>
          <w:sz w:val="22"/>
          <w:rtl/>
          <w:szCs w:val="22"/>
        </w:rPr>
        <w:t>🗣️ למנחה: מציגים את סדר ההשתלמות ומזמינים לשאול לאורך הדרך.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3B2DB0"/>
          <w:sz w:val="30"/>
          <w:rtl/>
          <w:szCs w:val="30"/>
          <w:bCs/>
        </w:rPr>
        <w:t>שקופית 3: 🧠 למה קוביה?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ארבע סיבות טובות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רגע של סקרנות – הקשב מתחדד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לומדים עם הידיים – זריקה וקיפול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כל אחד/ת ברמה שלו/ה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המורה מתפנה לקבוצה קטנה</w:t>
      </w:r>
    </w:p>
    <w:p>
      <w:pPr>
        <w:bidi/>
        <w:jc w:val="right"/>
      </w:pPr>
      <w:r>
        <w:rPr>
          <w:rFonts w:ascii="Arial" w:hAnsi="Arial" w:cs="Arial"/>
          <w:color w:val="666666"/>
          <w:sz w:val="22"/>
          <w:rtl/>
          <w:szCs w:val="22"/>
        </w:rPr>
        <w:t>🗣️ למנחה: מבקשים מהמשתתפים להוסיף סיבה חמישית מהניסיון שלהם.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3B2DB0"/>
          <w:sz w:val="30"/>
          <w:rtl/>
          <w:szCs w:val="30"/>
          <w:bCs/>
        </w:rPr>
        <w:t>שקופית 4: 🧩 איך בנוי לוח משימות?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6 שורות × 3 עמודות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כל שורה = פאה של הקוביה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כל עמודה = רמה: 🟢 בסיס, 🟡 מתקדם, 🔴 אתגר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מגלגלים → מוצאים שורה → בוחרים עמודה</w:t>
      </w:r>
    </w:p>
    <w:p>
      <w:pPr>
        <w:bidi/>
        <w:jc w:val="right"/>
      </w:pPr>
      <w:r>
        <w:rPr>
          <w:rFonts w:ascii="Arial" w:hAnsi="Arial" w:cs="Arial"/>
          <w:color w:val="666666"/>
          <w:sz w:val="22"/>
          <w:rtl/>
          <w:szCs w:val="22"/>
        </w:rPr>
        <w:t>🗣️ למנחה: מראים לוח מודפס ולוח באתר זה לצד זה.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3B2DB0"/>
          <w:sz w:val="30"/>
          <w:rtl/>
          <w:szCs w:val="30"/>
          <w:bCs/>
        </w:rPr>
        <w:t>שקופית 5: 🪜 דיפרנציאציה שקטה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אותה קוביה, משימות ברמות שונות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התלמיד/ה בוחר/ת עמודה – או שהמורה מציע/ה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"גלגול זהב" – בחירה חופשית פעם בסבב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אתגר למי שמסיים/ת מוקדם</w:t>
      </w:r>
    </w:p>
    <w:p>
      <w:pPr>
        <w:bidi/>
        <w:jc w:val="right"/>
      </w:pPr>
      <w:r>
        <w:rPr>
          <w:rFonts w:ascii="Arial" w:hAnsi="Arial" w:cs="Arial"/>
          <w:color w:val="666666"/>
          <w:sz w:val="22"/>
          <w:rtl/>
          <w:szCs w:val="22"/>
        </w:rPr>
        <w:t>🗣️ למנחה: שואלים: איך תחליטו מי מתחיל באיזו עמודה?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3B2DB0"/>
          <w:sz w:val="30"/>
          <w:rtl/>
          <w:szCs w:val="30"/>
          <w:bCs/>
        </w:rPr>
        <w:t>שקופית 6: 🎲 הדגמה חיה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מגלגלים יחד על המסך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פותחים לוח באתר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לוחצים "גלגלו" – והמשימה מופיעה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כל המשתתפים מבצעים את המשימה דקה אחת</w:t>
      </w:r>
    </w:p>
    <w:p>
      <w:pPr>
        <w:bidi/>
        <w:jc w:val="right"/>
      </w:pPr>
      <w:r>
        <w:rPr>
          <w:rFonts w:ascii="Arial" w:hAnsi="Arial" w:cs="Arial"/>
          <w:color w:val="666666"/>
          <w:sz w:val="22"/>
          <w:rtl/>
          <w:szCs w:val="22"/>
        </w:rPr>
        <w:t>🗣️ למנחה: עושים בפועל לוח "מילות שאלה" עם טקסט קצר.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3B2DB0"/>
          <w:sz w:val="30"/>
          <w:rtl/>
          <w:szCs w:val="30"/>
          <w:bCs/>
        </w:rPr>
        <w:t>שקופית 7: 🔄 תחנות וסבבים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4 קבוצות × 4 תחנות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תחנת לשון · תחנת קריאה · תחנת כתיבה · תחנה עם המורה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סבב של 10 דקות + 2 דקות מעבר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לוח סבבים תלוי על הקיר</w:t>
      </w:r>
    </w:p>
    <w:p>
      <w:pPr>
        <w:bidi/>
        <w:jc w:val="right"/>
      </w:pPr>
      <w:r>
        <w:rPr>
          <w:rFonts w:ascii="Arial" w:hAnsi="Arial" w:cs="Arial"/>
          <w:color w:val="666666"/>
          <w:sz w:val="22"/>
          <w:rtl/>
          <w:szCs w:val="22"/>
        </w:rPr>
        <w:t>🗣️ למנחה: מציגים את טבלת הסבבים מהמדריך.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3B2DB0"/>
          <w:sz w:val="30"/>
          <w:rtl/>
          <w:szCs w:val="30"/>
          <w:bCs/>
        </w:rPr>
        <w:t>שקופית 8: 👥 תפקידים בקבוצה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מתחלפים בכל גלגול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🎲 מגלגל/ת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📖 קורא/ת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✍️ כותב/ת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✅ בודק/ת</w:t>
      </w:r>
    </w:p>
    <w:p>
      <w:pPr>
        <w:bidi/>
        <w:jc w:val="right"/>
      </w:pPr>
      <w:r>
        <w:rPr>
          <w:rFonts w:ascii="Arial" w:hAnsi="Arial" w:cs="Arial"/>
          <w:color w:val="666666"/>
          <w:sz w:val="22"/>
          <w:rtl/>
          <w:szCs w:val="22"/>
        </w:rPr>
        <w:t>🗣️ למנחה: מחלקים כרטיסי תפקידים ומתרגלים סבב אחד.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3B2DB0"/>
          <w:sz w:val="30"/>
          <w:rtl/>
          <w:szCs w:val="30"/>
          <w:bCs/>
        </w:rPr>
        <w:t>שקופית 9: 📋 כללי התחנה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מה עושים כש…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יצאה משימה שכבר עשינו? מגלגלים שוב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סיימנו? עוברים לעמודה הבאה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צריכים עזרה? "3 לפני מורה"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אות שקט מוסכם</w:t>
      </w:r>
    </w:p>
    <w:p>
      <w:pPr>
        <w:bidi/>
        <w:jc w:val="right"/>
      </w:pPr>
      <w:r>
        <w:rPr>
          <w:rFonts w:ascii="Arial" w:hAnsi="Arial" w:cs="Arial"/>
          <w:color w:val="666666"/>
          <w:sz w:val="22"/>
          <w:rtl/>
          <w:szCs w:val="22"/>
        </w:rPr>
        <w:t>🗣️ למנחה: מבקשים מכל קבוצה לנסח כלל אחד משלה.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3B2DB0"/>
          <w:sz w:val="30"/>
          <w:rtl/>
          <w:szCs w:val="30"/>
          <w:bCs/>
        </w:rPr>
        <w:t>שקופית 10: ♿ התאמות: חנ״מ ועולים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כולם בתוך המשחק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חנ״מ: עמודה אחת, הקראה בקול, בלי שעון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עולים: מילון חזותי עם אימוג׳י, משפטים קצרים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לכל לוח דף תרגול בשלוש גרסאות</w:t>
      </w:r>
    </w:p>
    <w:p>
      <w:pPr>
        <w:bidi/>
        <w:jc w:val="right"/>
      </w:pPr>
      <w:r>
        <w:rPr>
          <w:rFonts w:ascii="Arial" w:hAnsi="Arial" w:cs="Arial"/>
          <w:color w:val="666666"/>
          <w:sz w:val="22"/>
          <w:rtl/>
          <w:szCs w:val="22"/>
        </w:rPr>
        <w:t>🗣️ למנחה: מדגימים את מתג המסלול בעמוד הלוח.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3B2DB0"/>
          <w:sz w:val="30"/>
          <w:rtl/>
          <w:szCs w:val="30"/>
          <w:bCs/>
        </w:rPr>
        <w:t>שקופית 11: 📊 הערכה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רובריקה וכרטיס יציאה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4 קריטריונים: השלמה, איכות, צוות, מושגים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3 רמות: 🌱 מתפתח/ת · 🌿 מיומן/ת · 🌳 מצטיין/ת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כרטיס יציאה בסוף כל שיעור</w:t>
      </w:r>
    </w:p>
    <w:p>
      <w:pPr>
        <w:bidi/>
        <w:jc w:val="right"/>
      </w:pPr>
      <w:r>
        <w:rPr>
          <w:rFonts w:ascii="Arial" w:hAnsi="Arial" w:cs="Arial"/>
          <w:color w:val="666666"/>
          <w:sz w:val="22"/>
          <w:rtl/>
          <w:szCs w:val="22"/>
        </w:rPr>
        <w:t>🗣️ למנחה: מראים את הרובריקה במדריך ומתאימים אותה לכיתה.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3B2DB0"/>
          <w:sz w:val="30"/>
          <w:rtl/>
          <w:szCs w:val="30"/>
          <w:bCs/>
        </w:rPr>
        <w:t>שקופית 12: 🛠️ התנסות: בונים לוח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10 דקות עבודה בזוגות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פותחים את העורך באתר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כותבים 6 שורות × 3 רמות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מגלגלים בלוח החדש ומדפיסים</w:t>
      </w:r>
    </w:p>
    <w:p>
      <w:pPr>
        <w:bidi/>
        <w:jc w:val="right"/>
      </w:pPr>
      <w:r>
        <w:rPr>
          <w:rFonts w:ascii="Arial" w:hAnsi="Arial" w:cs="Arial"/>
          <w:color w:val="666666"/>
          <w:sz w:val="22"/>
          <w:rtl/>
          <w:szCs w:val="22"/>
        </w:rPr>
        <w:t>🗣️ למנחה: כל זוג מציג משימה אחת שהוא גאה בה.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3B2DB0"/>
          <w:sz w:val="30"/>
          <w:rtl/>
          <w:szCs w:val="30"/>
          <w:bCs/>
        </w:rPr>
        <w:t>שקופית 13: 🚀 לוקחים לכיתה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שלושה צעדים למחר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בוחרים לוח אחד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מדפיסים לוח + קוביה לקיפול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• מנסים תחנה אחת – ומרחיבים</w:t>
      </w:r>
    </w:p>
    <w:p>
      <w:pPr>
        <w:bidi/>
        <w:jc w:val="right"/>
      </w:pPr>
      <w:r>
        <w:rPr>
          <w:rFonts w:ascii="Arial" w:hAnsi="Arial" w:cs="Arial"/>
          <w:color w:val="666666"/>
          <w:sz w:val="22"/>
          <w:rtl/>
          <w:szCs w:val="22"/>
        </w:rPr>
        <w:t>🗣️ למנחה: מסיימים בגלגול: כל משתתף/ת מגלגל/ת ומשתף/ת צעד ראשון.</w:t>
      </w:r>
    </w:p>
    <w:sectPr w:rsidR="00FC693F" w:rsidRPr="0006063C" w:rsidSect="00034616">
      <w:footerReference w:type="default" r:id="rId9"/>
      <w:pgSz w:w="15840" w:h="12240" w:orient="landscape"/>
      <w:pgMar w:top="737" w:right="737" w:bottom="737" w:left="73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2880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" cy="28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מצגת השתלמות – מרכזי למידה עם קוביות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